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624"/>
        <w:gridCol w:w="3600"/>
      </w:tblGrid>
      <w:tr>
        <w:tc>
          <w:tcPr>
            <w:tcW w:type="dxa" w:w="6624"/>
            <w:shd w:val="clear" w:color="auto" w:fill="7A1F1F"/>
            <w:tcBorders>
              <w:top w:val="single" w:sz="4" w:color="7A1F1F"/>
              <w:left w:val="single" w:sz="4" w:color="7A1F1F"/>
              <w:bottom w:val="single" w:sz="4" w:color="7A1F1F"/>
              <w:right w:val="single" w:sz="4" w:color="7A1F1F"/>
            </w:tcBorders>
          </w:tcPr>
          <w:p>
            <w:r>
              <w:drawing>
                <wp:inline xmlns:a="http://schemas.openxmlformats.org/drawingml/2006/main" xmlns:pic="http://schemas.openxmlformats.org/drawingml/2006/picture">
                  <wp:extent cx="502920" cy="38393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3839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color w:val="FFFFFF"/>
                <w:sz w:val="32"/>
              </w:rPr>
              <w:t xml:space="preserve">  HANDS HELPING FRIENDS · LA</w:t>
            </w:r>
          </w:p>
          <w:p>
            <w:pPr>
              <w:spacing w:after="0"/>
            </w:pPr>
            <w:r>
              <w:rPr>
                <w:color w:val="F0E6E0"/>
                <w:sz w:val="18"/>
              </w:rPr>
              <w:t>Los Angeles, California</w:t>
            </w:r>
          </w:p>
        </w:tc>
        <w:tc>
          <w:tcPr>
            <w:tcW w:type="dxa" w:w="3600"/>
            <w:shd w:val="clear" w:color="auto" w:fill="7A1F1F"/>
            <w:tcBorders>
              <w:top w:val="single" w:sz="4" w:color="7A1F1F"/>
              <w:left w:val="single" w:sz="4" w:color="7A1F1F"/>
              <w:bottom w:val="single" w:sz="4" w:color="7A1F1F"/>
              <w:right w:val="single" w:sz="4" w:color="7A1F1F"/>
            </w:tcBorders>
          </w:tcPr>
          <w:p>
            <w:pPr>
              <w:jc w:val="right"/>
            </w:pPr>
            <w:r>
              <w:rPr>
                <w:b/>
                <w:color w:val="FFFFFF"/>
                <w:sz w:val="18"/>
              </w:rPr>
              <w:t>EIN 33-3322430  ·  CCN 6575197</w:t>
            </w:r>
          </w:p>
          <w:p>
            <w:pPr>
              <w:jc w:val="right"/>
            </w:pPr>
            <w:r>
              <w:rPr>
                <w:color w:val="F0E6E0"/>
                <w:sz w:val="18"/>
              </w:rPr>
              <w:t>helpinglosangeles.org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rFonts w:ascii="Times New Roman" w:hAnsi="Times New Roman"/>
          <w:b/>
          <w:color w:val="1A1A1A"/>
          <w:sz w:val="56"/>
        </w:rPr>
        <w:t>Client Intake Form</w:t>
      </w:r>
    </w:p>
    <w:p>
      <w:pPr>
        <w:spacing w:after="200"/>
      </w:pPr>
      <w:r>
        <w:rPr>
          <w:i/>
          <w:color w:val="6B6B6B"/>
          <w:sz w:val="20"/>
        </w:rPr>
        <w:t>Please print clearly. All information is kept strictly confidential.</w:t>
      </w:r>
    </w:p>
    <w:p>
      <w:pPr>
        <w:spacing w:after="120"/>
      </w:pPr>
      <w:r>
        <w:rPr>
          <w:b/>
          <w:color w:val="1A1A1A"/>
          <w:sz w:val="21"/>
        </w:rPr>
        <w:t xml:space="preserve">Intake Form ID #: </w:t>
      </w:r>
      <w:r>
        <w:rPr>
          <w:color w:val="6B6B6B"/>
          <w:sz w:val="21"/>
        </w:rPr>
        <w:t>______________________________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Program Site Assignment: </w:t>
      </w:r>
      <w:r>
        <w:rPr>
          <w:color w:val="6B6B6B"/>
          <w:sz w:val="21"/>
        </w:rPr>
        <w:t>________________________________________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PERSONAL INFORMATION</w:t>
      </w:r>
    </w:p>
    <w:p>
      <w:pPr>
        <w:spacing w:after="120"/>
      </w:pPr>
      <w:r>
        <w:rPr>
          <w:b/>
          <w:color w:val="1A1A1A"/>
          <w:sz w:val="21"/>
        </w:rPr>
        <w:t xml:space="preserve">Full Name: </w:t>
      </w:r>
      <w:r>
        <w:rPr>
          <w:color w:val="6B6B6B"/>
          <w:sz w:val="21"/>
        </w:rPr>
        <w:t>_________________________________________________________________________________________________________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Street Address: </w:t>
      </w:r>
      <w:r>
        <w:rPr>
          <w:color w:val="6B6B6B"/>
          <w:sz w:val="21"/>
        </w:rPr>
        <w:t>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City: </w:t>
      </w:r>
      <w:r>
        <w:rPr>
          <w:color w:val="6B6B6B"/>
          <w:sz w:val="21"/>
        </w:rPr>
        <w:t>________________________________________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State: </w:t>
      </w:r>
      <w:r>
        <w:rPr>
          <w:color w:val="6B6B6B"/>
          <w:sz w:val="21"/>
        </w:rPr>
        <w:t>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Zip: </w:t>
      </w:r>
      <w:r>
        <w:rPr>
          <w:color w:val="6B6B6B"/>
          <w:sz w:val="21"/>
        </w:rPr>
        <w:t>____________</w:t>
      </w:r>
    </w:p>
    <w:p>
      <w:pPr>
        <w:spacing w:after="120"/>
      </w:pPr>
      <w:r>
        <w:rPr>
          <w:b/>
          <w:color w:val="1A1A1A"/>
          <w:sz w:val="21"/>
        </w:rPr>
        <w:t xml:space="preserve">Last Four of SSN: </w:t>
      </w:r>
      <w:r>
        <w:rPr>
          <w:color w:val="6B6B6B"/>
          <w:sz w:val="21"/>
        </w:rPr>
        <w:t>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Birth Date (MM/DD/YYYY): </w:t>
      </w:r>
      <w:r>
        <w:rPr>
          <w:color w:val="6B6B6B"/>
          <w:sz w:val="21"/>
        </w:rPr>
        <w:t>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Gender:  </w:t>
      </w:r>
      <w:r>
        <w:rPr>
          <w:color w:val="1A1A1A"/>
          <w:sz w:val="21"/>
        </w:rPr>
        <w:t xml:space="preserve">☐ Male   </w:t>
      </w:r>
      <w:r>
        <w:rPr>
          <w:color w:val="1A1A1A"/>
          <w:sz w:val="21"/>
        </w:rPr>
        <w:t xml:space="preserve">☐ Female   </w:t>
      </w:r>
      <w:r>
        <w:rPr>
          <w:color w:val="1A1A1A"/>
          <w:sz w:val="21"/>
        </w:rPr>
        <w:t xml:space="preserve">☐ Other   </w:t>
      </w:r>
    </w:p>
    <w:p>
      <w:pPr>
        <w:spacing w:after="120"/>
      </w:pPr>
      <w:r>
        <w:rPr>
          <w:b/>
          <w:color w:val="1A1A1A"/>
          <w:sz w:val="21"/>
        </w:rPr>
        <w:t xml:space="preserve">Marital Status:  </w:t>
      </w:r>
      <w:r>
        <w:rPr>
          <w:color w:val="1A1A1A"/>
          <w:sz w:val="21"/>
        </w:rPr>
        <w:t xml:space="preserve">☐ Single   </w:t>
      </w:r>
      <w:r>
        <w:rPr>
          <w:color w:val="1A1A1A"/>
          <w:sz w:val="21"/>
        </w:rPr>
        <w:t xml:space="preserve">☐ Married   </w:t>
      </w:r>
      <w:r>
        <w:rPr>
          <w:color w:val="1A1A1A"/>
          <w:sz w:val="21"/>
        </w:rPr>
        <w:t xml:space="preserve">☐ Divorced   </w:t>
      </w:r>
      <w:r>
        <w:rPr>
          <w:color w:val="1A1A1A"/>
          <w:sz w:val="21"/>
        </w:rPr>
        <w:t xml:space="preserve">☐ Separated   </w:t>
      </w:r>
    </w:p>
    <w:p>
      <w:pPr>
        <w:spacing w:after="120"/>
      </w:pPr>
      <w:r>
        <w:rPr>
          <w:b/>
          <w:color w:val="1A1A1A"/>
          <w:sz w:val="21"/>
        </w:rPr>
        <w:t xml:space="preserve">Driver's License / ID #: </w:t>
      </w:r>
      <w:r>
        <w:rPr>
          <w:color w:val="6B6B6B"/>
          <w:sz w:val="21"/>
        </w:rPr>
        <w:t>________________________________________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Issuing State: </w:t>
      </w:r>
      <w:r>
        <w:rPr>
          <w:color w:val="6B6B6B"/>
          <w:sz w:val="21"/>
        </w:rPr>
        <w:t>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Cell Phone: </w:t>
      </w:r>
      <w:r>
        <w:rPr>
          <w:color w:val="6B6B6B"/>
          <w:sz w:val="21"/>
        </w:rPr>
        <w:t>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Alternate Phone: </w:t>
      </w:r>
      <w:r>
        <w:rPr>
          <w:color w:val="6B6B6B"/>
          <w:sz w:val="21"/>
        </w:rPr>
        <w:t>_________________________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EMERGENCY CONTACTS</w:t>
      </w:r>
    </w:p>
    <w:p>
      <w:pPr>
        <w:spacing w:after="120"/>
      </w:pPr>
      <w:r>
        <w:rPr>
          <w:b/>
          <w:color w:val="1A1A1A"/>
          <w:sz w:val="21"/>
        </w:rPr>
        <w:t xml:space="preserve">Name: </w:t>
      </w:r>
      <w:r>
        <w:rPr>
          <w:color w:val="6B6B6B"/>
          <w:sz w:val="21"/>
        </w:rPr>
        <w:t>________________________________________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Relationship: </w:t>
      </w:r>
      <w:r>
        <w:rPr>
          <w:color w:val="6B6B6B"/>
          <w:sz w:val="21"/>
        </w:rPr>
        <w:t>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Telephone: </w:t>
      </w:r>
      <w:r>
        <w:rPr>
          <w:color w:val="6B6B6B"/>
          <w:sz w:val="21"/>
        </w:rPr>
        <w:t>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Name: </w:t>
      </w:r>
      <w:r>
        <w:rPr>
          <w:color w:val="6B6B6B"/>
          <w:sz w:val="21"/>
        </w:rPr>
        <w:t>________________________________________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Relationship: </w:t>
      </w:r>
      <w:r>
        <w:rPr>
          <w:color w:val="6B6B6B"/>
          <w:sz w:val="21"/>
        </w:rPr>
        <w:t>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Telephone: </w:t>
      </w:r>
      <w:r>
        <w:rPr>
          <w:color w:val="6B6B6B"/>
          <w:sz w:val="21"/>
        </w:rPr>
        <w:t>____________________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BACKGROUND</w:t>
      </w:r>
    </w:p>
    <w:p>
      <w:pPr>
        <w:spacing w:after="120"/>
      </w:pPr>
      <w:r>
        <w:rPr>
          <w:b/>
          <w:color w:val="1A1A1A"/>
          <w:sz w:val="21"/>
        </w:rPr>
        <w:t xml:space="preserve">Veteran: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  <w:r>
        <w:rPr>
          <w:b/>
          <w:color w:val="1A1A1A"/>
          <w:sz w:val="21"/>
        </w:rPr>
        <w:t xml:space="preserve">  Branch: </w:t>
      </w:r>
      <w:r>
        <w:rPr>
          <w:color w:val="6B6B6B"/>
          <w:sz w:val="21"/>
        </w:rPr>
        <w:t>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Probation / Parole: </w:t>
      </w:r>
      <w:r>
        <w:rPr>
          <w:color w:val="6B6B6B"/>
          <w:sz w:val="21"/>
        </w:rPr>
        <w:t>______________________________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Location: </w:t>
      </w:r>
      <w:r>
        <w:rPr>
          <w:color w:val="6B6B6B"/>
          <w:sz w:val="21"/>
        </w:rPr>
        <w:t>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Parole/Probation Officer's Name: </w:t>
      </w:r>
      <w:r>
        <w:rPr>
          <w:color w:val="6B6B6B"/>
          <w:sz w:val="21"/>
        </w:rPr>
        <w:t>________________________________________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PO Phone #: </w:t>
      </w:r>
      <w:r>
        <w:rPr>
          <w:color w:val="6B6B6B"/>
          <w:sz w:val="21"/>
        </w:rPr>
        <w:t>____________________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MEDICAL</w:t>
      </w:r>
    </w:p>
    <w:p>
      <w:pPr>
        <w:spacing w:after="40"/>
      </w:pPr>
      <w:r>
        <w:rPr>
          <w:b/>
          <w:color w:val="1A1A1A"/>
          <w:sz w:val="21"/>
        </w:rPr>
        <w:t>Current medications: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Are you under a physician's care?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  <w:r>
        <w:rPr>
          <w:b/>
          <w:color w:val="1A1A1A"/>
          <w:sz w:val="21"/>
        </w:rPr>
        <w:t xml:space="preserve">  If yes, why: </w:t>
      </w:r>
      <w:r>
        <w:rPr>
          <w:color w:val="6B6B6B"/>
          <w:sz w:val="21"/>
        </w:rPr>
        <w:t>________________________________________</w:t>
      </w:r>
    </w:p>
    <w:p>
      <w:pPr>
        <w:spacing w:after="40"/>
      </w:pPr>
      <w:r>
        <w:rPr>
          <w:b/>
          <w:color w:val="1A1A1A"/>
          <w:sz w:val="21"/>
        </w:rPr>
        <w:t>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Doctor's Name: </w:t>
      </w:r>
      <w:r>
        <w:rPr>
          <w:color w:val="6B6B6B"/>
          <w:sz w:val="21"/>
        </w:rPr>
        <w:t>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Phone: </w:t>
      </w:r>
      <w:r>
        <w:rPr>
          <w:color w:val="6B6B6B"/>
          <w:sz w:val="21"/>
        </w:rPr>
        <w:t>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Agency: </w:t>
      </w:r>
      <w:r>
        <w:rPr>
          <w:color w:val="6B6B6B"/>
          <w:sz w:val="21"/>
        </w:rPr>
        <w:t>____________________</w:t>
      </w:r>
    </w:p>
    <w:p>
      <w:pPr>
        <w:spacing w:after="40"/>
      </w:pPr>
      <w:r>
        <w:rPr>
          <w:b/>
          <w:color w:val="1A1A1A"/>
          <w:sz w:val="21"/>
        </w:rPr>
        <w:t>List all physical medical problems: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BEHAVIORAL HEALTH</w:t>
      </w:r>
    </w:p>
    <w:p>
      <w:pPr>
        <w:spacing w:after="40"/>
      </w:pPr>
      <w:r>
        <w:rPr>
          <w:b/>
          <w:color w:val="1A1A1A"/>
          <w:sz w:val="21"/>
        </w:rPr>
        <w:t>List all past and current psychiatric encounters: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Under care of a behavioral health facility?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  <w:r>
        <w:rPr>
          <w:b/>
          <w:color w:val="1A1A1A"/>
          <w:sz w:val="21"/>
        </w:rPr>
        <w:t xml:space="preserve">  Agency / How long: </w:t>
      </w:r>
      <w:r>
        <w:rPr>
          <w:color w:val="6B6B6B"/>
          <w:sz w:val="21"/>
        </w:rPr>
        <w:t>______________________________</w:t>
      </w:r>
    </w:p>
    <w:p>
      <w:pPr>
        <w:spacing w:after="40"/>
      </w:pPr>
      <w:r>
        <w:rPr>
          <w:b/>
          <w:color w:val="1A1A1A"/>
          <w:sz w:val="21"/>
        </w:rPr>
        <w:t>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Prescribed psychotropic meds?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</w:p>
    <w:p>
      <w:pPr>
        <w:spacing w:after="120"/>
      </w:pPr>
      <w:r>
        <w:rPr>
          <w:b/>
          <w:color w:val="1A1A1A"/>
          <w:sz w:val="21"/>
        </w:rPr>
        <w:t xml:space="preserve">Do you possess these meds?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</w:p>
    <w:p>
      <w:pPr>
        <w:spacing w:after="40"/>
      </w:pPr>
      <w:r>
        <w:rPr>
          <w:b/>
          <w:color w:val="1A1A1A"/>
          <w:sz w:val="21"/>
        </w:rPr>
        <w:t>Medications prescribed: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Will your doctor prepare a work release letter?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</w:p>
    <w:p>
      <w:pPr>
        <w:spacing w:after="120"/>
      </w:pPr>
      <w:r>
        <w:rPr>
          <w:b/>
          <w:color w:val="1A1A1A"/>
          <w:sz w:val="21"/>
        </w:rPr>
        <w:t xml:space="preserve">Have you ever attempted suicide?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  <w:r>
        <w:rPr>
          <w:b/>
          <w:color w:val="1A1A1A"/>
          <w:sz w:val="21"/>
        </w:rPr>
        <w:t xml:space="preserve">  If yes, explain: </w:t>
      </w:r>
      <w:r>
        <w:rPr>
          <w:color w:val="6B6B6B"/>
          <w:sz w:val="21"/>
        </w:rPr>
        <w:t>________________________________________</w:t>
      </w:r>
    </w:p>
    <w:p>
      <w:pPr>
        <w:spacing w:after="40"/>
      </w:pPr>
      <w:r>
        <w:rPr>
          <w:b/>
          <w:color w:val="1A1A1A"/>
          <w:sz w:val="21"/>
        </w:rPr>
        <w:t>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Caseworker / Doctor Name: </w:t>
      </w:r>
      <w:r>
        <w:rPr>
          <w:color w:val="6B6B6B"/>
          <w:sz w:val="21"/>
        </w:rPr>
        <w:t>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Phone: </w:t>
      </w:r>
      <w:r>
        <w:rPr>
          <w:color w:val="6B6B6B"/>
          <w:sz w:val="21"/>
        </w:rPr>
        <w:t>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Diagnosis: </w:t>
      </w:r>
      <w:r>
        <w:rPr>
          <w:color w:val="6B6B6B"/>
          <w:sz w:val="21"/>
        </w:rPr>
        <w:t>_________________________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SUBSTANCE USE</w:t>
      </w:r>
    </w:p>
    <w:p>
      <w:pPr>
        <w:spacing w:after="40"/>
      </w:pPr>
      <w:r>
        <w:rPr>
          <w:b/>
          <w:color w:val="1A1A1A"/>
          <w:sz w:val="21"/>
        </w:rPr>
        <w:t>Drug(s) of choice: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Date of last use: </w:t>
      </w:r>
      <w:r>
        <w:rPr>
          <w:color w:val="6B6B6B"/>
          <w:sz w:val="21"/>
        </w:rPr>
        <w:t>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Can you pass a drug test today?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BENEFITS &amp; INCOME</w:t>
      </w:r>
    </w:p>
    <w:p>
      <w:pPr>
        <w:spacing w:after="120"/>
      </w:pPr>
      <w:r>
        <w:rPr>
          <w:b/>
          <w:color w:val="1A1A1A"/>
          <w:sz w:val="21"/>
        </w:rPr>
        <w:t xml:space="preserve">Currently receiving county, state, or federal benefits?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  <w:r>
        <w:rPr>
          <w:b/>
          <w:color w:val="1A1A1A"/>
          <w:sz w:val="21"/>
        </w:rPr>
        <w:t xml:space="preserve">  What: </w:t>
      </w:r>
      <w:r>
        <w:rPr>
          <w:color w:val="6B6B6B"/>
          <w:sz w:val="21"/>
        </w:rPr>
        <w:t>______________________________</w:t>
      </w:r>
    </w:p>
    <w:p>
      <w:pPr>
        <w:spacing w:after="40"/>
      </w:pPr>
      <w:r>
        <w:rPr>
          <w:b/>
          <w:color w:val="1A1A1A"/>
          <w:sz w:val="21"/>
        </w:rPr>
        <w:t>Why: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Ever received county, state, or federal benefits?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  <w:r>
        <w:rPr>
          <w:b/>
          <w:color w:val="1A1A1A"/>
          <w:sz w:val="21"/>
        </w:rPr>
        <w:t xml:space="preserve">  What: </w:t>
      </w:r>
      <w:r>
        <w:rPr>
          <w:color w:val="6B6B6B"/>
          <w:sz w:val="21"/>
        </w:rPr>
        <w:t>______________________________</w:t>
      </w:r>
    </w:p>
    <w:p>
      <w:pPr>
        <w:spacing w:after="40"/>
      </w:pPr>
      <w:r>
        <w:rPr>
          <w:b/>
          <w:color w:val="1A1A1A"/>
          <w:sz w:val="21"/>
        </w:rPr>
        <w:t>Why: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LIVING &amp; EMPLOYMENT</w:t>
      </w:r>
    </w:p>
    <w:p>
      <w:pPr>
        <w:spacing w:after="120"/>
      </w:pPr>
      <w:r>
        <w:rPr>
          <w:b/>
          <w:color w:val="1A1A1A"/>
          <w:sz w:val="21"/>
        </w:rPr>
        <w:t xml:space="preserve">Current Living Situation:  </w:t>
      </w:r>
      <w:r>
        <w:rPr>
          <w:color w:val="1A1A1A"/>
          <w:sz w:val="21"/>
        </w:rPr>
        <w:t xml:space="preserve">☐ Streets   </w:t>
      </w:r>
      <w:r>
        <w:rPr>
          <w:color w:val="1A1A1A"/>
          <w:sz w:val="21"/>
        </w:rPr>
        <w:t xml:space="preserve">☐ Shelter   </w:t>
      </w:r>
      <w:r>
        <w:rPr>
          <w:color w:val="1A1A1A"/>
          <w:sz w:val="21"/>
        </w:rPr>
        <w:t xml:space="preserve">☐ Detox   </w:t>
      </w:r>
      <w:r>
        <w:rPr>
          <w:color w:val="1A1A1A"/>
          <w:sz w:val="21"/>
        </w:rPr>
        <w:t xml:space="preserve">☐ Jail   </w:t>
      </w:r>
      <w:r>
        <w:rPr>
          <w:color w:val="1A1A1A"/>
          <w:sz w:val="21"/>
        </w:rPr>
        <w:t xml:space="preserve">☐ Rental   </w:t>
      </w:r>
      <w:r>
        <w:rPr>
          <w:color w:val="1A1A1A"/>
          <w:sz w:val="21"/>
        </w:rPr>
        <w:t xml:space="preserve">☐ Hospital   </w:t>
      </w:r>
      <w:r>
        <w:rPr>
          <w:color w:val="1A1A1A"/>
          <w:sz w:val="21"/>
        </w:rPr>
        <w:t xml:space="preserve">☐ DV Shelter   </w:t>
      </w:r>
      <w:r>
        <w:rPr>
          <w:color w:val="1A1A1A"/>
          <w:sz w:val="21"/>
        </w:rPr>
        <w:t xml:space="preserve">☐ Motel   </w:t>
      </w:r>
    </w:p>
    <w:p>
      <w:pPr>
        <w:spacing w:after="120"/>
      </w:pPr>
      <w:r>
        <w:rPr>
          <w:b/>
          <w:color w:val="1A1A1A"/>
          <w:sz w:val="21"/>
        </w:rPr>
        <w:t xml:space="preserve">Currently Employed?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  <w:r>
        <w:rPr>
          <w:b/>
          <w:color w:val="1A1A1A"/>
          <w:sz w:val="21"/>
        </w:rPr>
        <w:t xml:space="preserve">  If no, last place of employment: </w:t>
      </w:r>
      <w:r>
        <w:rPr>
          <w:color w:val="6B6B6B"/>
          <w:sz w:val="21"/>
        </w:rPr>
        <w:t>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Date Last Worked: </w:t>
      </w:r>
      <w:r>
        <w:rPr>
          <w:color w:val="6B6B6B"/>
          <w:sz w:val="21"/>
        </w:rPr>
        <w:t>__________________________________________________________________________________________</w:t>
      </w:r>
    </w:p>
    <w:p>
      <w:pPr>
        <w:spacing w:after="40"/>
      </w:pPr>
      <w:r>
        <w:rPr>
          <w:b/>
          <w:color w:val="1A1A1A"/>
          <w:sz w:val="21"/>
        </w:rPr>
        <w:t>Name, address &amp; phone of current employer: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Pay Rate: </w:t>
      </w:r>
      <w:r>
        <w:rPr>
          <w:color w:val="6B6B6B"/>
          <w:sz w:val="21"/>
        </w:rPr>
        <w:t>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Type of Employment: </w:t>
      </w:r>
      <w:r>
        <w:rPr>
          <w:color w:val="6B6B6B"/>
          <w:sz w:val="21"/>
        </w:rPr>
        <w:t>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Current Income: </w:t>
      </w:r>
      <w:r>
        <w:rPr>
          <w:color w:val="6B6B6B"/>
          <w:sz w:val="21"/>
        </w:rPr>
        <w:t>____________________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VERIFICATION CONTACT</w:t>
      </w:r>
    </w:p>
    <w:p>
      <w:pPr>
        <w:spacing w:after="120"/>
      </w:pPr>
      <w:r>
        <w:rPr>
          <w:b/>
          <w:color w:val="1A1A1A"/>
          <w:sz w:val="21"/>
        </w:rPr>
        <w:t xml:space="preserve">Who can we call to verify application?  </w:t>
      </w:r>
      <w:r>
        <w:rPr>
          <w:color w:val="1A1A1A"/>
          <w:sz w:val="21"/>
        </w:rPr>
        <w:t xml:space="preserve">☐ PO   </w:t>
      </w:r>
      <w:r>
        <w:rPr>
          <w:color w:val="1A1A1A"/>
          <w:sz w:val="21"/>
        </w:rPr>
        <w:t xml:space="preserve">☐ Public Defender   </w:t>
      </w:r>
      <w:r>
        <w:rPr>
          <w:color w:val="1A1A1A"/>
          <w:sz w:val="21"/>
        </w:rPr>
        <w:t xml:space="preserve">☐ Attorney   </w:t>
      </w:r>
      <w:r>
        <w:rPr>
          <w:color w:val="1A1A1A"/>
          <w:sz w:val="21"/>
        </w:rPr>
        <w:t xml:space="preserve">☐ Case Manager   </w:t>
      </w:r>
      <w:r>
        <w:rPr>
          <w:color w:val="1A1A1A"/>
          <w:sz w:val="21"/>
        </w:rPr>
        <w:t xml:space="preserve">☐ COIII   </w:t>
      </w:r>
      <w:r>
        <w:rPr>
          <w:color w:val="1A1A1A"/>
          <w:sz w:val="21"/>
        </w:rPr>
        <w:t xml:space="preserve">☐ Pretrial   </w:t>
      </w:r>
      <w:r>
        <w:rPr>
          <w:color w:val="1A1A1A"/>
          <w:sz w:val="21"/>
        </w:rPr>
        <w:t xml:space="preserve">☐ Other   </w:t>
      </w:r>
    </w:p>
    <w:p>
      <w:pPr>
        <w:spacing w:after="120"/>
      </w:pPr>
      <w:r>
        <w:rPr>
          <w:b/>
          <w:color w:val="1A1A1A"/>
          <w:sz w:val="21"/>
        </w:rPr>
        <w:t xml:space="preserve">Contact Name: </w:t>
      </w:r>
      <w:r>
        <w:rPr>
          <w:color w:val="6B6B6B"/>
          <w:sz w:val="21"/>
        </w:rPr>
        <w:t>___________________________________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Phone # (required): </w:t>
      </w:r>
      <w:r>
        <w:rPr>
          <w:color w:val="6B6B6B"/>
          <w:sz w:val="21"/>
        </w:rPr>
        <w:t>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Fax (required): </w:t>
      </w:r>
      <w:r>
        <w:rPr>
          <w:color w:val="6B6B6B"/>
          <w:sz w:val="21"/>
        </w:rPr>
        <w:t>__________________________________________________________________________________________</w:t>
      </w:r>
    </w:p>
    <w:p>
      <w:r>
        <w:rPr>
          <w:i/>
          <w:color w:val="6B6B6B"/>
          <w:sz w:val="18"/>
        </w:rPr>
        <w:t>If incarcerated, a contact name is required to process the application.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LEGAL STATUS</w:t>
      </w:r>
    </w:p>
    <w:p>
      <w:pPr>
        <w:spacing w:after="120"/>
      </w:pPr>
      <w:r>
        <w:rPr>
          <w:b/>
          <w:color w:val="1A1A1A"/>
          <w:sz w:val="21"/>
        </w:rPr>
        <w:t xml:space="preserve">Do you have current charges?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  <w:r>
        <w:rPr>
          <w:b/>
          <w:color w:val="1A1A1A"/>
          <w:sz w:val="21"/>
        </w:rPr>
        <w:t xml:space="preserve">  If yes, what: </w:t>
      </w:r>
      <w:r>
        <w:rPr>
          <w:color w:val="6B6B6B"/>
          <w:sz w:val="21"/>
        </w:rPr>
        <w:t>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Next Court Date: </w:t>
      </w:r>
      <w:r>
        <w:rPr>
          <w:color w:val="6B6B6B"/>
          <w:sz w:val="21"/>
        </w:rPr>
        <w:t>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Are you a parole violator?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  <w:r>
        <w:rPr>
          <w:b/>
          <w:color w:val="1A1A1A"/>
          <w:sz w:val="21"/>
        </w:rPr>
        <w:t xml:space="preserve">  Reason for violation: </w:t>
      </w:r>
      <w:r>
        <w:rPr>
          <w:color w:val="6B6B6B"/>
          <w:sz w:val="21"/>
        </w:rPr>
        <w:t>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Anticipated Release Date: </w:t>
      </w:r>
      <w:r>
        <w:rPr>
          <w:color w:val="6B6B6B"/>
          <w:sz w:val="21"/>
        </w:rPr>
        <w:t>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Supervision:  </w:t>
      </w:r>
      <w:r>
        <w:rPr>
          <w:color w:val="1A1A1A"/>
          <w:sz w:val="21"/>
        </w:rPr>
        <w:t xml:space="preserve">☐ IPS   </w:t>
      </w:r>
      <w:r>
        <w:rPr>
          <w:color w:val="1A1A1A"/>
          <w:sz w:val="21"/>
        </w:rPr>
        <w:t xml:space="preserve">☐ Direct   </w:t>
      </w:r>
      <w:r>
        <w:rPr>
          <w:color w:val="1A1A1A"/>
          <w:sz w:val="21"/>
        </w:rPr>
        <w:t xml:space="preserve">☐ Regular Parole   </w:t>
      </w:r>
      <w:r>
        <w:rPr>
          <w:color w:val="1A1A1A"/>
          <w:sz w:val="21"/>
        </w:rPr>
        <w:t xml:space="preserve">☐ Fed Probation   </w:t>
      </w:r>
      <w:r>
        <w:rPr>
          <w:color w:val="1A1A1A"/>
          <w:sz w:val="21"/>
        </w:rPr>
        <w:t xml:space="preserve">☐ None   </w:t>
      </w:r>
    </w:p>
    <w:p>
      <w:pPr>
        <w:spacing w:after="120"/>
      </w:pPr>
      <w:r>
        <w:rPr>
          <w:b/>
          <w:color w:val="1A1A1A"/>
          <w:sz w:val="21"/>
        </w:rPr>
        <w:t xml:space="preserve">Supervising Agency: </w:t>
      </w:r>
      <w:r>
        <w:rPr>
          <w:color w:val="6B6B6B"/>
          <w:sz w:val="21"/>
        </w:rPr>
        <w:t>__________________________________________________________________________________________</w:t>
      </w:r>
    </w:p>
    <w:p>
      <w:pPr>
        <w:spacing w:after="40"/>
      </w:pPr>
      <w:r>
        <w:rPr>
          <w:b/>
          <w:color w:val="1A1A1A"/>
          <w:sz w:val="21"/>
        </w:rPr>
        <w:t>PO Name, Phone, Office Location: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Court Fines?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  <w:r>
        <w:rPr>
          <w:b/>
          <w:color w:val="1A1A1A"/>
          <w:sz w:val="21"/>
        </w:rPr>
        <w:t xml:space="preserve">  How much ($): </w:t>
      </w:r>
      <w:r>
        <w:rPr>
          <w:color w:val="6B6B6B"/>
          <w:sz w:val="21"/>
        </w:rPr>
        <w:t>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Community Service?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  <w:r>
        <w:rPr>
          <w:b/>
          <w:color w:val="1A1A1A"/>
          <w:sz w:val="21"/>
        </w:rPr>
        <w:t xml:space="preserve">  How many hours: </w:t>
      </w:r>
      <w:r>
        <w:rPr>
          <w:color w:val="6B6B6B"/>
          <w:sz w:val="21"/>
        </w:rPr>
        <w:t>_________________________</w:t>
      </w:r>
    </w:p>
    <w:p>
      <w:pPr>
        <w:spacing w:after="40"/>
      </w:pPr>
      <w:r>
        <w:rPr>
          <w:b/>
          <w:color w:val="1A1A1A"/>
          <w:sz w:val="21"/>
        </w:rPr>
        <w:t>Where are you assigned?: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PROGRAM ENTRY</w:t>
      </w:r>
    </w:p>
    <w:p>
      <w:pPr>
        <w:spacing w:after="120"/>
      </w:pPr>
      <w:r>
        <w:rPr>
          <w:b/>
          <w:color w:val="1A1A1A"/>
          <w:sz w:val="21"/>
        </w:rPr>
        <w:t xml:space="preserve">Referred By: </w:t>
      </w:r>
      <w:r>
        <w:rPr>
          <w:color w:val="6B6B6B"/>
          <w:sz w:val="21"/>
        </w:rPr>
        <w:t>________________________________________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Entry Date: </w:t>
      </w:r>
      <w:r>
        <w:rPr>
          <w:color w:val="6B6B6B"/>
          <w:sz w:val="21"/>
        </w:rPr>
        <w:t>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Lived at Hands Helping Friends LA before?  </w:t>
      </w:r>
      <w:r>
        <w:rPr>
          <w:color w:val="1A1A1A"/>
          <w:sz w:val="21"/>
        </w:rPr>
        <w:t xml:space="preserve">☐ Yes   </w:t>
      </w:r>
      <w:r>
        <w:rPr>
          <w:color w:val="1A1A1A"/>
          <w:sz w:val="21"/>
        </w:rPr>
        <w:t xml:space="preserve">☐ No   </w:t>
      </w:r>
    </w:p>
    <w:p>
      <w:pPr>
        <w:spacing w:after="120"/>
      </w:pPr>
      <w:r>
        <w:rPr>
          <w:b/>
          <w:color w:val="1A1A1A"/>
          <w:sz w:val="21"/>
        </w:rPr>
        <w:t xml:space="preserve">When / Where: </w:t>
      </w:r>
      <w:r>
        <w:rPr>
          <w:color w:val="6B6B6B"/>
          <w:sz w:val="21"/>
        </w:rPr>
        <w:t>__________________________________________________________________________________________</w:t>
      </w:r>
    </w:p>
    <w:p>
      <w:pPr>
        <w:spacing w:after="40"/>
      </w:pPr>
      <w:r>
        <w:rPr>
          <w:b/>
          <w:color w:val="1A1A1A"/>
          <w:sz w:val="21"/>
        </w:rPr>
        <w:t>Conditions of Entry: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after="40"/>
      </w:pPr>
      <w:r>
        <w:rPr>
          <w:color w:val="6B6B6B"/>
          <w:sz w:val="21"/>
        </w:rPr>
        <w:t>___________________________________________________________________________________________________________________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ACKNOWLEDGEMENT</w:t>
      </w:r>
    </w:p>
    <w:p>
      <w:pPr>
        <w:spacing w:after="160"/>
      </w:pPr>
      <w:r>
        <w:rPr>
          <w:sz w:val="20"/>
        </w:rPr>
        <w:t>I certify that the information provided is true and complete to the best of my knowledge. I understand that any false statements may result in denial or termination from the program.</w:t>
      </w:r>
    </w:p>
    <w:p>
      <w:pPr>
        <w:spacing w:after="120"/>
      </w:pPr>
      <w:r>
        <w:rPr>
          <w:b/>
          <w:color w:val="1A1A1A"/>
          <w:sz w:val="21"/>
        </w:rPr>
        <w:t xml:space="preserve">Print Name: </w:t>
      </w:r>
      <w:r>
        <w:rPr>
          <w:color w:val="6B6B6B"/>
          <w:sz w:val="21"/>
        </w:rPr>
        <w:t>_____________________________________________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Date: </w:t>
      </w:r>
      <w:r>
        <w:rPr>
          <w:color w:val="6B6B6B"/>
          <w:sz w:val="21"/>
        </w:rPr>
        <w:t>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Applicant Signature: </w:t>
      </w:r>
      <w:r>
        <w:rPr>
          <w:color w:val="6B6B6B"/>
          <w:sz w:val="21"/>
        </w:rPr>
        <w:t>_______________________________________________________________________________________________</w:t>
      </w:r>
    </w:p>
    <w:p>
      <w:pPr>
        <w:spacing w:after="120"/>
      </w:pPr>
      <w:r>
        <w:rPr>
          <w:b/>
          <w:color w:val="1A1A1A"/>
          <w:sz w:val="21"/>
        </w:rPr>
        <w:t xml:space="preserve">Intake Processed By: </w:t>
      </w:r>
      <w:r>
        <w:rPr>
          <w:color w:val="6B6B6B"/>
          <w:sz w:val="21"/>
        </w:rPr>
        <w:t>________________________________________</w:t>
      </w:r>
      <w:r>
        <w:rPr>
          <w:sz w:val="21"/>
        </w:rPr>
        <w:t xml:space="preserve">     </w:t>
      </w:r>
      <w:r>
        <w:rPr>
          <w:b/>
          <w:color w:val="1A1A1A"/>
          <w:sz w:val="21"/>
        </w:rPr>
        <w:t xml:space="preserve">Date: </w:t>
      </w:r>
      <w:r>
        <w:rPr>
          <w:color w:val="6B6B6B"/>
          <w:sz w:val="21"/>
        </w:rPr>
        <w:t>____________________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